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«Бета Сургут»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"Бета Сургут" (подробнее) Ответчики: Департамент экономического развития Ханты-Мансийского автономного округа - Югры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