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«Сельскохозяйственная компания «Октябрь»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