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Шуватову Виктору Ильичу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