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А56-66943/2017,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«Славянский» в приостановлении исполнения определения Арбитражного суда города Санкт-Петербурга и Ленинградской области от 20.12.2021 по делу № А56-66943/2017.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