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Финсервис»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"БАНК ФИНСЕРВИС" (подробнее) Ответчики: УФАС по МО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