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«ТНС энерго Кубань»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"Майкопская ТЭЦ" (подробнее) Ответчики: начальник межрайонного отделения судебных приставов по особым исполнительным производствам Агирова Э.Т. (подробнее) начальник межрайонного отделения судебных приставов по особым исполнительным производствам АгироваЭ.Т. (подробнее) УФССП по РА (подробнее) Иные лица: ПАО "ТНС ЭНЕРГО КУБАНЬ"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