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«Волгодонский энергомеханический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