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СПИ МОСП по исполнению особых исполнительных производств УФССП по РБ Каримова А.И (подробнее) судебный пристав-исполнитель МОСП по ИОИП Аксанова Г.Х.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