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племзавод им. Е.Андреева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сельскохозяйственный "Племзавод им. Е.Андреева" (подробнее) Ответчики: Начальник отдела Министерства Внутренних дел России по Моргаушскому району подполковник полиции Мясников М.М. (подробнее) Отдел Министерства Внутренних дел России по Моргаушскому району (подробнее) Иные лица: Министерство внутренних дел по Чувашской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