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Wheely Ltd (Вили Лтд)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