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сельского хозяйства и продовольствия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