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«Проф-Энерджи Груп»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