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Евгеньевой Татьяне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