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индивидуальный предприниматель Глава КФХ Зибров Владимир Назарович (подробнее) Ответчики: ООО "ЮгАгроСервис"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