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редакция изданий Мэра и Правительства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"ОБЪЕДИНЕННАЯ РЕДАКЦИЯ ИЗДАНИЙ МЭРА И ПРАВИТЕЛЬСТВА МОСКВЫ" (подробнее) Ответчики: ИФНС №3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