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«Красноярская кабельная 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