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«Кредит Европа Банк (Россия)»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