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дополнительного образования и спорта «Спортивный клуб Северный ветер»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