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Ускову Вадиму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