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«Котельное оборудование и трубопроводы»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"Котельное оборудование и трубопроводы" (подробнее) Ответчики: ООО "Транснациональная металлургическая компания"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