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«Флэп»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к/у Давыдов Александр Игоревич (подробнее) ООО "ФЛЭП" (подробнее) Ответчики: ООО "Абрис"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