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«Аграрная сырьевая компания-Логистик»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