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Степаниденко Елена Александровна представитель по доверенности (подробнее) Ответчики: Главное управление Федеральной службы судебных приставов по Краснодарскому краю (подробнее) Старший СПИ ОСП по Щербиновскому и Староминскому районам России по КК (подробнее) старший судебный пристав-исполнитель ОСП по Щербиновскому и Староминскому районам УФССП по Краснодарскому краю (подробнее) УФССП по КК (подробнее) УФССП по Краснодарско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