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 Парт»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"АЛЬФА ПАРТ" (подробнее) Ответчики: Инспекция Федеральной налоговой службы №15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