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«Разрез Кирбинский»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