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«МВ-СТИЛ-СПТ»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"МВ-Стил-СПТ" (подробнее) Ответчики: ГУ Санкт-Петербургское региональное отделение Фонда социального страхования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