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Контрольно-счетной палате Кировской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