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28.06.2022 и постановление Арбитражного суда Северо-Западного округа от 28.03.2023 по делу № А56-6328/2021 Арбитражного суда города Санкт-Петербурга и Ленинградской области отменить. Дело направить на новое рассмотрение в Тринадцатый арбитражный апелляционный суд.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В.В. Попов Судьи Е.Н. Золотова А.А. Якимов Суд: Верховный Суд РФ (подробнее) Истцы: Ответчики: ЗАО " СКЛАДЫ-АВТОТРАНСПОРТ-МЕХАНИЗМЫ" (подробнее) Иные лица: Главное управление МВД по СПб и ЛО (подробнее) ГУ Управление организации дознания МВД по СПб и ЛО (подробнее) Межрайонная инспекция федеральной налоговой службы №15 по Санкт-Петербургу (подробнее) ООО "Реестр-РН" (подробнее) САМОРЕГУЛИРУЕМАЯ ОРГАНИЗАЦИЯ "НАЦИОНАЛЬНАЯ ФИНАНСОВАЯ АССОЦИАЦИЯ" (подробнее) Тринадцатый арбитражный апелляционный суд (подробнее) Судьи дела: Попов В.В.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