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Заместитель прокурора Свердловской области в интересах Каменск-Уральского городского округа в лице администрации Каменск-Уральского городского округа (подробнее) Ответчики: Администрация города Каменска-Уральского (подробнее) ИП ТКАЧ ЕКАТЕРИНА СЕРГЕЕВНА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