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«НТЦ Технологии Ремонта»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"Нтц Технологии Ремонта" (подробнее) Ответчики: Инспекция Федеральной налоговой службы №24 по г. Москве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