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бюджетному учреждению здравоохранения Омской области «Медико-санитарная часть № 4» и Министерству здравоохранения Омской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