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некоммерческому финансово-кредитному учреждению Кировский областной территориальный фонд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КОГБУЗ "Инфекционная клиническая больница" (подробнее) Ответчики: ГНФКУ Кировский областной территориальный фонд обязательного медицинского страхования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