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27.09.2023,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специализированный застройщик «Новая Жизнь 9, 10 дом»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