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Нова (подробнее) Ответчики: Новороссийская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