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предприятием (организатор торгов) на официальном сайте Единой электронной торговой площадки и на официальном сайте Российской Федерации для размещения информации о проведении торгов 18.10.2022 размещено извещение о проведении аукциона № 22000168220000000001 (лот № 1) на право заключения договора аренды находящегося в муниципальной собственности объекта недвижимого имущества в целях организации и/или осуществления торговой деятельности. Дата окончания приема заявок 09.11.2022, дата проведения аукциона 14.11.2022 На официальном сайте торгов 11.10.2022 опубликован протокол № 111122/22000168220000000001-1 заседания Комиссии Управления Федеральной антимонопольной службы России по контролю по рассмотрению жалоб на нарушение процедуры торгов и порядка заключения договоров (далее – комиссия). В соответствии с протоколом на участие в аукционе поступило две заявки – от ООО «РИИТА» и ООО «Янтарный Айсберг», принято решение отказать в допуске к участию в аукционе ООО «РИИТА», аукцион признан несостоявшимся, в связи с чем принято решение заключить договор аренды с единственным участником ООО «Янтарный берег» по цене не менее начальной (минимальной) цены договора (лота), указанной в извещении о проведении аукциона и документации об аукционе. В обоснование принятого решения комиссия указала, что в состав поданной ООО «РИИТА» заявки входит распечатанная на бумажном носителе выписка из Единого реестра юридических лиц (далее – ЕГРЮЛ), полученная в форме электронного документа, подписанного квалифицированной электронной подписью налогового органа. Такой документ является копией выписки, а не электронным документом, что не соответствует требованиям подпункта «б» пункта 5.6. раздела 5 аукционной документации и абзаца «б» подпункта 1 пункта 121 Правил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утвержденных приказом Федеральной антимонопольной службы от 10.02.2010 № 67 (далее – Правила № 67). Полагая действия комиссии по отклонению заявки и оформленное протоколом решение незаконными, ООО «РИИТА» обратилось с жалобой в антимонопольный орган. 3 Решением управления от 29.11.2022 по делу № 077/07/00-17146/2022 жалоба признана необоснованной. Считая свои права нарушенными, общество обратилось в арбитражный суд с заявлением о признании незаконными и отмене решения управления от 29.11.2022 по делу № 077/07/00-17146/2022, решения организатора торгов, оформленного протоколом от 11.10.2022 № 111122/22000168220000000001-1 заседания аукционной комиссии по рассмотрению заявок на участие в аукционе, а также о возложении на предприятие обязанности провести процедуру рассмотрения заявок на участие в аукционе на право заключения договора аренды, находящегося в муниципальной собственности объекта недвижимого имущества в целях организации и/или осуществления торговой деятельности (извещение о проведении аукциона № 22000168220000000001 (лот № 1) с учетом заявки, поданной ООО «РИИТА». Решением Арбитражного суда города Москвы от 09.03.2023, оставленным без изменения постановлением Девятого арбитражного апелляционного суда от 07.06.2023 и постановлением Арбитражного суда Московского округа от 17.08.2023, в удовлетворении заявленных требований отказано. Не согласившись с принятыми по делу судебными актами, общество обратилось в Верховный Суд Российской Федерации с кассационной жалобой, в которой ставит вопрос об их отмене, ссылаясь на существенное нарушение судами норм материального и процессуального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При изучении доводов общества по материалам дела, истребованного из Арбитражного суда города Москвы, установлены основания для передачи кассационной жалобы с делом на рассмотрение в судебном заседании Судебной коллегии по экономическим спорам Верховного Суда Российской Федерации. Оценив представленные в материалы дела доказательства, суды первой и апелляционной инстанций, руководствуясь положениями статьи 17.1 4 Федерального закона от 26.07.2006 № 135-ФЗ «О защите конкуренции», Правилами № 67, пришли к выводу об отсутствии оснований для удовлетворения заявленных требований. Судебные инстанции исходили из того, что требование о предоставлении в составе заявки выписки из ЕГРЮЛ установлено документацией о проведении аукциона. При этом оригиналу документа соответствует только представленная в электронном виде выписка из ЕГРЮЛ, подписанная усиленной квалифицированной электронной подписью. Выписка, полученная из ФНС России в виде электронного документа, подписанного электронной подписью и распечатанная на бумажном носителе, оригиналом или копией документа не является. Вместе с тем суды указали, что по результатам проведенного аукциона между предприятием и ООО «Янтарный Айсберг» заключен договор, который полностью оплачен (согласно пояснениям сторон). Признание торгов и заключенного по их результатам договора недействительными не приведет к заключению договора с ООО «РИИТА», а также не гарантирует заявителю участие и победу во вновь проводимой процедуре. Суд округа поддержал выводы судов первой и апелляционной инстанций. Выражая несогласие с выводами судов, ООО «РИИТА» в кассационной жалобе приводит следующие доводы. Представленная в составе заявки выписка из ЕГРЮЛ сформирована по состоянию на 07.11.2022 посредством использования обществом сервиса «предоставление сведений из ЕГРЮЛ/ЕГРИП о конкретном юридическом лице/индивидуальном предпринимателе в форме электронного документа», размещенного на официальном сайте ФНС России в сети Интернет, имеет исходящий номер регистрирующего органа, подписана квалифицированной электронной подписью Межрегиональной инспекции Федеральной налоговой службы по централизованной обработке данных с указанием номера сертификата и срока ее действия. Какого-либо несоответствия содержания представленной выписки сведениям, размещенным в открытом доступе на официальном интернет-сайте налогового органа, не выявлено, подлинность электронной подписи не опровергнута. По мнению общества, требование о представлении в составе заявки оригинала или нотариально заверенной копии выписки из ЕГРЮЛ направлено на обеспечение достоверности сведений, представляемых участником конкурса. В данном случае, учитывая открытый характер представляемых сведений, у 5 комиссии заказчика имелась достаточная информация, позволяющая установить статус лица, подавшего заявку, равно как и признать оригиналом выписку из ЕГРЮЛ, подписанную квалифицированной электронной подписью. В обоснование своей позиции заявитель также ссылается на судебную практику по аналогичным спорам. Приведенные обществом доводы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общества с ограниченной ответственностью «РИИТА» вместе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