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«Мосстрой-94»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