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«Тутаевская ПГУ»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