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непубличному акционерному обществу «Вишневогорский горнообогатительный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