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специального машиностроения и металлургии «Мотовилихинские заводы»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