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Башкортостан Хозяйственное управление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"ГЕОИНФОРМАЦИОННЫЕ СИСТЕМЫ" (подробнее) Ответчики: ГОСУДАРСТВЕННОЕ КАЗЕННОЕ УЧРЕЖДЕНИЕ РЕСПУБЛИКИ БАШКОРТОСТАН ХОЗЯЙСТВЕННОЕ УПРАВЛЕНИЕ (подробнее) Иные лица: ООО "Центр промышленной гигиены и охраны труда"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