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30.08.2023,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«Страховая компания «Мегарусс-Д»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