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Конюковой Любови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