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Краснодарского края «Кубаньводкомплекс»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КК "Кубаньводкомплекс" (подробнее) ГУП Краснодарского края "Кубаньводокомплекс" (подробнее) Ответчики: Департамент государственного регулирования тарифов Кк (подробнее) Иные лица: Департамент государственного регулирования тарифов Краснодарского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