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наказания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УФСИН России по Кировской области (подробнее) Ответчики: ООО "Тендер"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