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«Элис-Медиа»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"ЭЛИС-МЕДИА" (подробнее) Ответчики: Федеральная служба по надзору в сфере связи, информационных технологий и массовых коммуникаций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