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«Управление Черноморского флота»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казенное учреждение "Управление Черноморского флота" (подробнее) Ответчики: УПРАВЛЕНИЕ ФЕДЕРАЛЬНОЙ АНТИМОНОПОЛЬНОЙ СЛУЖБЫ ПО РЕСПУБЛИКЕ КРЫМ И ГОРОДУ СЕВАСТОПОЛЮ (подробнее) Иные лица: 21 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