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«Мобильные ТелеСистемы», закрытому акционерному обществу «Телекоммуникации 21»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"Таттелеком"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