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«ПВ-Балт»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"Казанский жировой комбинат", Лаишевский район, с.Усады (подробнее) Ответчики: ООО "ПВ-Балт", г.Екатепринбург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