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образовательному учреждению высшего образования «Санкт-Петербургский государственный университет»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ФЕДЕРАЛЬНОЕ ГОСУДАРСТВЕННОЕ БЮДЖЕТНОЕ ОБРАЗОВАТЕЛЬНОЕ УЧРЕЖДЕНИЕ ВЫСШЕГО ОБРАЗОВАНИЯ "Санкт-ПетербургСКИЙ ГОСУДАРСТВЕННЫЙ УНИВЕРСИТЕТ" (подробнее) Ответчики: Управление Федеральной антимонопольной службы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