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дорожного хозяйства Кк (подробнее) МИНИСТЕРСТВО ТРАНСПОРТА И ДОРОЖНОГО ХОЗЯЙСТВА КРАСНОДАРСКОГО КРАЯ (подробнее) ООО "ЭП "Стройтэкс" (подробнее) Ответчики: ООО "ДорМеталл"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